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KlangART Hilbeck  nur für internen Gebrauch</w:t>
      </w:r>
    </w:p>
    <w:p/>
    <w:p>
      <w:pPr>
        <w:pStyle w:val="Heading2"/>
      </w:pPr>
      <w:r>
        <w:rPr>
          <w:sz w:val="28"/>
        </w:rPr>
        <w:t>Stimme (Sopran)</w:t>
      </w:r>
    </w:p>
    <w:p/>
    <w:p>
      <w:pPr>
        <w:pStyle w:val="Heading3"/>
      </w:pPr>
      <w:r>
        <w:t>1. Strophe</w:t>
      </w:r>
    </w:p>
    <w:p>
      <w:r>
        <w:rPr>
          <w:rFonts w:ascii="Arial" w:hAnsi="Arial"/>
          <w:sz w:val="22"/>
        </w:rPr>
        <w:t>Manch-mal geh ich mein-ne Stra-ße oh_ ne Blick. | Manch-mal wünsch ich mir mein Schau-kel-pferd zu-rück. | Manch-mal bin ich oh-ne Rast und Ruh', | manch-mal schließ' ich al_ le Tü-ren nach mir zu. | Manch-mal ist mir kalt und manch-mal heiß_  | Manch-mal weiß ich nicht mehr, was ich weiß. |  | Manch-mal bin ich schon am Mor_ gen müd._  | und dann such ich Trost in ei-nem Lied. | Ü-ber sie-ben Brük_ ken mußt_ du gehn,_  | sie-ben dunk-le Jah_ re ü_ ber-stehn,_  | sie-ben mal wirst du_ die A_ sche sein,_  | a-ber ein-mal auch der hel_ le Schein._  |  :|| hel_ le Schein._  | Manch-mal scheint die Uhr des Le-bens still_ zu stehn. | Manch-mal scheint man im-mer nur im Kreis zu gehn. | Manch-mal ist man wie vom Fern-weh krank, | manch-mal sitzt man still_ auf ei-ner Bank. | Manch-mal greift man nach der gan-zen_ Welt_  | Manch-mal meint man, daß der Glücks-stern fällt. | Manch-mal nimmt man, wo man lie_ ber gibt._  | Manch-mal haßt man das, was man doch liebt.</w:t>
      </w:r>
    </w:p>
    <w:p/>
    <w:p/>
    <w:p>
      <w:pPr>
        <w:pStyle w:val="Heading2"/>
      </w:pPr>
      <w:r>
        <w:rPr>
          <w:sz w:val="28"/>
        </w:rPr>
        <w:t>Stimme (Alt)</w:t>
      </w:r>
    </w:p>
    <w:p/>
    <w:p>
      <w:pPr>
        <w:pStyle w:val="Heading3"/>
      </w:pPr>
      <w:r>
        <w:t>1. Strophe</w:t>
      </w:r>
    </w:p>
    <w:p>
      <w:r>
        <w:rPr>
          <w:rFonts w:ascii="Arial" w:hAnsi="Arial"/>
          <w:sz w:val="22"/>
        </w:rPr>
        <w:t>du du du du du du du du du du du du manch-mal schließ' ich al_ le Tü-ren nach mir zu. | du du du du du du du du du du du du | und dann such ich Trost in ei-nem Lied. | Ü-ber sie-ben Brük_ ken mußt du gehn,_  | sie-ben dunk-le Jah_ re ü_ ber-stehn,_  | sie-ben mal wirst du_ die A-sche sein,_  | a-ber ein-mal auch der hel_ le Schein._  |  :|| hel-le Schein._ du du du du du du du du du du du du manch-mal sitzt man still_ auf ei-ner Bank. | du du du du du du du du du du du du | Manch-mal haßt man das, was man doch liebt.</w:t>
      </w:r>
    </w:p>
    <w:p/>
    <w:p/>
    <w:p>
      <w:pPr>
        <w:pStyle w:val="Heading2"/>
      </w:pPr>
      <w:r>
        <w:rPr>
          <w:sz w:val="28"/>
        </w:rPr>
        <w:t>Stimme (Bass / Tenor)</w:t>
      </w:r>
    </w:p>
    <w:p/>
    <w:p>
      <w:pPr>
        <w:pStyle w:val="Heading3"/>
      </w:pPr>
      <w:r>
        <w:t>1. Strophe</w:t>
      </w:r>
    </w:p>
    <w:p>
      <w:r>
        <w:rPr>
          <w:rFonts w:ascii="Arial" w:hAnsi="Arial"/>
          <w:sz w:val="22"/>
        </w:rPr>
        <w:t>du du du du du du du du du du du du du du du du du du du du du du du du du du du du du du du du du du du du du du du du | Ü-ber sie-ben Brük_ ken mußt du gehn,_  | sie-ben dunk-le Jah_  | re ü-ber-stehn,_  | sie-ben mal wirst du_ die A-sche sein,_  | a-ber | ein-mal auch der hel-le Schein._  |  :|| hel-le Schein._ du du du du du du du du du du du du du du | du du du du du | du du du du du du du du du du du du du du du du du du</w:t>
      </w:r>
    </w:p>
    <w:p/>
    <w:p/>
    <w:p/>
    <w:p>
      <w:pPr>
        <w:pStyle w:val="Heading3"/>
      </w:pPr>
      <w:r>
        <w:t>Legende:</w:t>
      </w:r>
    </w:p>
    <w:p>
      <w:r>
        <w:t xml:space="preserve">  -  = Silbentrennung (hyphen) / Melisma</w:t>
      </w:r>
    </w:p>
    <w:p>
      <w:r>
        <w:t xml:space="preserve">  _  = Haltelinie (extender)</w:t>
      </w:r>
    </w:p>
    <w:p>
      <w:r>
        <w:t xml:space="preserve">  |  = Pause</w:t>
      </w:r>
    </w:p>
    <w:p>
      <w:r>
        <w:t xml:space="preserve">  ||:  = Wiederholung Anfang</w:t>
      </w:r>
    </w:p>
    <w:p>
      <w:r>
        <w:t xml:space="preserve">  :||  = Wiederholung Ende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